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אנטיגונה – מחזה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המחזה ואת הדמויות המרכזיות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העימות בין חוק האלים לחוק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בטרגדיה היוונית לפי אריסטו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 והדמויות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אנטיגונה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מתאבד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טירסיאס הנביא העיוור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הפואטיקה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האחים נהרגו זה בידי זה והיא אחותם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קראון הוא דודה, אחי 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תפקידה המסורתי של המקהלה בטרגדיה היוונית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הגדרתו של אריסטו למושג הקתרזיס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קתרזיס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טעות טרגית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(נאמנה לחוק האלים ומוכנה למות למענו)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(מלך תבי שמתעקש על חוק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(אחותה של אנטיגונה, חוששת לעבור על הצו)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(בנו של קראון, מאורס לאנטיגונה)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(נביא עיוור שמזהיר את קראון)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אתיוקלס ופולינקס נהרגים זה בידי זה בקרב על השלטון בתבי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קראון, המלך החדש, גוזר שלא לקבור את פולינקס הבוגד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אנטיגונה מפרה את הצו וקוברת את אחיה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אנטיגונה נתפסת ונידונת להיכלא במערה עד 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טירסיאס מזהיר את קראון, שמחליט לשחרר אותה אך באיחור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 האלים הוא חוק מוסרי ודתי לא כתוב, כמו החובה לקבור מת; חוק המדינה הוא צו המלך קראון שאוסר על הקבורה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אנטיגונה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חוק מוסרי-דתי מול צו השלטון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זיכוך רגשי של הצופה בסוף הטרגדיה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מצפון מול חוק לפני העיסוק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קטע קצר מהצגה או תמונה מהתיאטרון היווני להמחשת המקהלה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אפשר לדלג על הפריטים המסומנים ולהתמקד בעלילה ובדמויות המרכזיות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אנטיגונה – מחזה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נעסוק במחזה אנטיגונה מאת סופוקלס. נכיר את הדמויות, את מבנה המחזה ואת העימות המרכזי בין נאמנות למשפחה ולמצפון לבין ציות לחוק המדינה, ונתרגל מושגי יסוד בטרגדיה היוונית.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 והדמויות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מחליטה לקבור את אחיה בניגוד לצו המלך?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אתה (אשת קראון)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המלך שגוזר שלא לקבור את פולינקס?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טירסיאס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להמון בסוף המחזה?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מתאבד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בורח מהעיר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נושא לאישה את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מזהיר את קראון מפני תוצאות החלטתו?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טירסיאס הנביא העיוור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אודיסאוס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יצירה מגדיר אריסטו את יסודות הטרגדיה?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הפואטיקה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האיליאדה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האודיסיאה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אנטיגונה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אנטיגונה היא אחותם של פולינקס ואתיוקלס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הוא אביה של אנטיגונה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המקהלה מלווה את המחזה בשירי פרשנות בין התמונות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אריסטו, קתרזיס הוא תהליך של זיכוך רגשי אצל הצופים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הניגוד המרכזי במחזה הוא בין חוק __________ לחוק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החלק הפותח את המחזה, שבו מוצגת התפאורה לעלילה,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התהליך הרגשי שעובר הצופה בסוף הטרגדיה, של הקלה וטיהור,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אריסטו, החולשה או הטעות של הגיבור הטרגי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מלך תבי שמתעקש על חוק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בנו של קראון, מאורס לאנטיגונה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איסמנה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נביא עיוור שמזהיר את קראון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נאמנה לחוק האלים ומוכנה למות למענו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טירסיאס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אחותה של אנטיגונה, חוששת לעבור על הצו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אנטיגונה מפרה את הצו וקוברת את אחיה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טירסיאס מזהיר את קראון, שמחליט לשחרר אותה אך באיחור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קראון, המלך החדש, גוזר שלא לקבור את פולינקס הבוגד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אתיוקלס ופולינקס נהרגים זה בידי זה בקרב על השלטון בתבי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אנטיגונה נתפסת ונידונת להיכלא במערה עד מותה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חוק האלים לחוק המדינה במחזה? הביאו דוגמה אחת מהעלילה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קוברת את פולינקס בניגוד לצו המלך?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חוק האלים לחוק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קתרזיס לפי אריסטו?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אנטיגונה – מחזה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