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אנטיגונה – מחזה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המחזה ואת הדמויות המרכזיות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העימות בין חוק האלים לחוק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בטרגדיה היוונית לפי אריסטו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העלילה והדמויות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אנטיגונה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קראון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הוא מתאבד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טירסיאס הנביא העיוור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הפואטיקה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שני האחים נהרגו זה בידי זה והיא אחותם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קראון הוא דודה, אחי 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תפקידה המסורתי של המקהלה בטרגדיה היוונית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הגדרתו של אריסטו למושג הקתרזיס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פרולוג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קתרזיס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טעות טרגית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(נאמנה לחוק האלים ומוכנה למות למענו)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(מלך תבי שמתעקש על חוק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(אחותה של אנטיגונה, חוששת לעבור על הצו)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(בנו של קראון, מאורס לאנטיגונה)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(נביא עיוור שמזהיר את קראון)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אתיוקלס ופולינקס נהרגים זה בידי זה בקרב על השלטון בתבי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קראון, המלך החדש, גוזר שלא לקבור את פולינקס הבוגד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אנטיגונה מפרה את הצו וקוברת את אחיה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אנטיגונה נתפסת ונידונת להיכלא במערה עד מותה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טירסיאס מזהיר את קראון, שמחליט לשחרר אותה אך באיחור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חוק האלים הוא חוק מוסרי ודתי לא כתוב, כמו החובה לקבור מת; חוק המדינה הוא צו המלך קראון שאוסר על הקבורה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אנטיגונה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חוק מוסרי-דתי מול צו השלטון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זיכוך רגשי של הצופה בסוף הטרגדיה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מצפון מול חוק לפני העיסוק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להקרין קטע קצר מהצגה או תמונה מהתיאטרון היווני להמחשת המקהלה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החנ״מ אפשר לדלג על הפריטים המסומנים ולהתמקד בעלילה ובדמויות המרכזיות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אנטיגונה – מחזה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על מחזה יווני עתיק בשם אנטיגונה. יש בו מלך ובחורה צעירה שרבים ביניהם על קבורה של אח. נכיר גם מילים חדשות על תיאטרון יווני.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טרגדיה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מחזה עצוב שמסתיים ברעה לגיבור הראשי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פרולוג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הפותח של המחזה, לפני כניסת המקהלה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מקהלה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שחקנים ששרה ומפרשת את העלילה בין התמונות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אקסודוס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סצנת הסיום של הטרגדיה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קתרזיס (זיכוך)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הרגשת הקלה רגשית אצל הצופים בסוף המחזה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טעות טרגית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חולשה או טעות של הגיבור שמביאה לאסונו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חוק האלים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חוקים לא כתובים, מוסריים ודתיים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חוק המדינה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חוקי המלך או השלטון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העלילה והדמויות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קוברת את אחיה למרות הצו?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אנטיגונה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איסמנה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אתה (אשת קראון)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המקהלה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המלך שאוסר על הקבורה?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טירסיאס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לבנו של קראון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מתאבד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בורח מהעיר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הופך למלך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נושא לאישה את איסמנה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מתרה בקראון?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טירסיאס הנביא העיוור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איסמנה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המקהלה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אודיסאוס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אריסטו כתב על הטרגדיה?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הפואטיקה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האיליאדה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האודיסיאה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אנטיגונה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אנטיגונה היא אחותם של פולינקס ואתיוקלס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קראון הוא אביה של אנטיגונה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המקהלה מלווה את המחזה בשירי פרשנות בין התמונות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אריסטו, קתרזיס הוא תהליך של זיכוך רגשי אצל הצופים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הניגוד המרכזי במחזה הוא בין חוק __________ לחוק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החלק הפותח את המחזה, שבו מוצגת התפאורה לעלילה,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התהליך הרגשי שעובר הצופה בסוף הטרגדיה, של הקלה וטיהור,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לפי אריסטו, החולשה או הטעות של הגיבור הטרגי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אנטיגונה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נביא עיוור שמזהיר את קראון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קראון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בנו של קראון, מאורס לאנטיגונה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איסמנה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נאמנה לחוק האלים ומוכנה למות למענו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אחותה של אנטיגונה, חוששת לעבור על הצו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טירסיאס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מלך תבי שמתעקש על חוק המדינה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קראון, המלך החדש, גוזר שלא לקבור את פולינקס הבוגד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אנטיגונה נתפסת ונידונת להיכלא במערה עד מותה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טירסיאס מזהיר את קראון, שמחליט לשחרר אותה אך באיחור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אתיוקלס ופולינקס נהרגים זה בידי זה בקרב על השלטון בתבי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אנטיגונה מפרה את הצו וקוברת את אחיה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חוק האלים לחוק המדינה במחזה? הביאו דוגמה אחת מהעלילה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קוברת את פולינקס בניגוד לצו המלך?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חוק האלים לחוק המדינה?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קתרזיס לפי אריסטו?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אנטיגונה – מחזה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