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המחזה ואת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העימות בין חוק האלים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בטרגדיה היוונית לפי אריסטו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מתאבד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האחים נהרגו זה בידי זה והיא אחותם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קראון הוא דודה, אחי 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(נאמנה לחוק האלים ומוכנה למות למענו)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(מלך תבי שמתעקש על חוק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(אחותה של אנטיגונה, חוששת לעבור על הצו)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(בנו של קראון, מאורס לאנטיגונה)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אתיוקלס ופולינקס נהרגים זה בידי זה בקרב על השלטון בתבי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קראון, המלך החדש, גוזר שלא לקבור את פולינקס הבוגד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אנטיגונה מפרה את הצו וקוברת את אחיה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אנטיגונה נתפסת ונידונת להיכלא במערה עד מותה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אנטיגונה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 מוסרי-דתי מול צו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זיכוך רגשי של הצופה בסוף הטרגדיה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מצפון מול חוק לפני העיסוק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מהצגה או תמונה מהתיאטרון היווני להמחשת המקהלה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לדלג על הפריטים המסומנים ולהתמקד בעלילה ובדמויות המרכזיות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נעסוק במחזה אנטיגונה מאת סופוקלס. נכיר את הדמויות, את מבנה המחזה ואת העימות המרכזי בין נאמנות למשפחה ולמצפון לבין ציות לחוק המדינה, ונתרגל מושגי יסוד בטרגדיה היוונית.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האלים  ·  פרולוג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העלילה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מחליטה לקבור את אחיה בניגוד לצו המלך?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אתה (אשת קראון)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המלך שגוזר שלא לקבור את פולינקס?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קראון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אדיפוס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להמון בסוף המחזה?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מתאבד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בורח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הופך למלך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אנטיגונה היא אחותם של פולינקס ואתיוקלס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קראון הוא אביה של אנטיגונה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הניגוד המרכזי במחזה הוא בין חוק __________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החלק הפותח את המחזה, שבו מוצגת התפאורה לעלילה,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מלך תבי שמתעקש על חוק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בנו של קראון, מאורס לאנטיגונה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איסמנה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נאמנה לחוק האלים ומוכנה למות למענו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אחותה של אנטיגונה, חוששת לעבור על הצו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אתיוקלס ופולינקס נהרגים זה בידי זה בקרב על השלטון בתבי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אנטיגונה מפרה את הצו וקוברת את אחיה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קראון, המלך החדש, גוזר שלא לקבור את פולינקס הבוגד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אנטיגונה נתפסת ונידונת להיכלא במערה עד מותה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קוברת את פולינקס בניגוד לצו המלך?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חוק האלים לחוק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אנטיגונה – מחזה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